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הבלשים הלשונית והמרחבית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בניינים ושורשים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בגיאוגרפיה ובעבודת 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אוצר מילים הקשור לתפקידים בצוות חקירה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מכונת הבניינים -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נפעל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שורש נסתר - מצאו 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חידות המקום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הגדרת המפה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מצפן עוזר לדעת כיוון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כספת היא מקום לשמירה, לא כלי מדידה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משמעות חידת 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תפקידים בצוות החקירה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(מוביל/ה את הצוות ומחלק משימות)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(פותר/ת חידות מילים ושורשים)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(פענוח מפות וכיוונים)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(מציג/ה את תוצאות החקירה בקול)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(נותן/ת פרגון לחברי הצוות)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בגלגל הגורל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שם לצוות הבלשי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תפקיד בצוות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לוחצים על סובבו כדי לגלות אתגר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פותרים את האתגר שהתקבל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חוגגים הצלחה בקיר הפרגון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שמתארת אתגר אחד מהתחנות ודרך פתרון הגיונית תוך שיתוף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אותיות שחוזרות במילים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פעל/נפעל/הפעיל/הופעל/פיעל/פועל/התפעל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מוביל את הצוות ומחלק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לצוותי חקירה קטנים ולתרגל כל תחנה בנפרד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בפרגון בין התלמידים בסיום כל 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להוריד את הפריטים המסומנים skip_n בגרסה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הבלשים הלשונית והמרחבית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תרגילים קלים על לשון, מפות ועבודת צוות, כמו במשחק גלגל הגורל.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פועל קבועה, כמו פָּעַל או הִפְעִיל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שחוזרות במילים מאותה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חקירה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מדוקדקת כדי לגלות 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שעובדים יחד למטרה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מנהיגות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להוביל ולעזור לאחרים בקבוצה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סגור ששומרים בו דברים חשובים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פרגון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טובה או עידוד לחבר בצוות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מכונת הבניינים -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הפועל הצליח שייך לאיזה בניין?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בניין נמצא התאמן?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מהבאות היא דוגמה לבניין פעל?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הבניין של המילה 'נבחר'?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שורש נסתר - מצאו 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'חקירה' נבנתה מהשורש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'מנהיג' נבנתה מהשורש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'הצלחה' נבנתה מהשורש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'התקדמות' נבנתה מהשורש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'שמירה' נבנתה מהשורש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חידות המקום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מפה היא תרשים המראה מקומות וגבולות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מצפן משמש לזיהוי כיוונים כמו צפון ודרום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כספת היא כלי למדידת מרחק בין מקומות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חידת מקום היא משימה שבה צריך לגלות היכן נמצא דבר 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תפקידים בצוות החקירה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מנהיג/ה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נותן/ת פרגון לחברי הצוות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בלש/ית לשון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מציג/ה את תוצאות החקירה בקול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בלש/ית גיאוגרפיה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מוביל/ה את הצוות ומחלק משימות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קריין/ית פודקאסט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פענוח מפות וכיוונים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מעודד/ת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פותר/ת חידות מילים ושורשים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בגלגל הגורל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תפקיד בצוות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חוגגים הצלחה בקיר הפרגון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פותרים את האתגר שהתקבל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סובבו כדי לגלות אתגר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שם לצוות הבלשי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אתגר אחד מגלגל הגורל (לשון, גיאוגרפיה או מנהיגות) ואיך הייתם פותרים אותו בצוות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לבניין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 המנהיג בצוות חקירה?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מעבדת הבלשים הלשונית והמרחבית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