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הלשונית והמרחבית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בניינים ושורשים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בגיאוגרפיה ובעבודת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הקשור לתפקידים בצוות חקירה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מכונת הבניינים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התפעל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שורש נסתר -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חידות המקום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הגדרת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מצפן עוזר לדעת כיוון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כספת היא מקום לשמירה, לא כלי מדידה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תפקידים בצוות החקירה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(מוביל/ה את הצוות ומחלק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(פותר/ת חידות מילים ושורשים)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(פענוח מפות וכיוונים)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(מציג/ה את תוצאות החקירה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בגלגל הגורל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שם לצוות הבלשי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תפקיד בצוות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סובבו כדי לגלות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האתגר שהתקבל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שמתארת אתגר אחד מהתחנות ודרך פתרון הגיונית תוך 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פעל/נפעל/הפעיל/הופעל/פיעל/פועל/התפעל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מוביל את הצוות ומחלק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לצוותי חקירה קטנים ולתרגל כל תחנה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בפרגון בין התלמידים בסיום כל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להוריד את הפריטים המסומנים skip_n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הבלשים הלשונית והמרחבית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תצאו למסע בעקבות גלגל הגורל של מעבדת הבלשים, ותתרגלו את האתגרים שבתחנות השונות: לשון, גיאוגרפיה ומנהיגות.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חקר  ·  צלח  ·  נהג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מכונת הבניינים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בניין נמצא הפועל 'הצליח'?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הבניין של הפועל 'התאמן'?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שורש נסתר -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'חקירה'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'מנהיג'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'הצלחה' נבנתה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חידות המקום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מפה היא תרשים המראה מקומות וגבולות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מצפן משמש לזיהוי כיוונים כמו צפון ודרום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כספת היא כלי למדידת מרחק בין מקומות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תפקידים בצוות החקירה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מנהיג/ה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פענוח מפות וכיוונים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בלש/ית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מוביל/ה את הצוות ומחלק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בלש/ית גיאוגרפיה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מציג/ה את תוצאות החקירה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קריין/ית פודקאסט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פותר/ת חידות מילים ושורשים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בגלגל הגורל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פותרים את האתגר שהתקבל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שם לצוות הבלשי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תפקיד בצוות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סובבו כדי לגלות אתגר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אתגר אחד מגלגל הגורל (לשון, גיאוגרפיה או מנהיגות) ואיך הייתם פותרים אותו בצוות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לבניין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הבלשים הלשונית והמרחבית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